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2F" w:rsidRPr="003D2B2A" w:rsidRDefault="003D2B2A">
      <w:pPr>
        <w:pStyle w:val="aa"/>
        <w:jc w:val="center"/>
        <w:rPr>
          <w:lang w:val="ru-RU"/>
        </w:rPr>
      </w:pPr>
      <w:r w:rsidRPr="003D2B2A">
        <w:rPr>
          <w:lang w:val="ru-RU"/>
        </w:rPr>
        <w:t>СОГЛАСИЕ НА ОБРАБОТКУ ПЕРСОНАЛЬНЫХ ДАННЫХ</w:t>
      </w:r>
    </w:p>
    <w:p w:rsidR="0076632F" w:rsidRPr="003D2B2A" w:rsidRDefault="003D2B2A">
      <w:pPr>
        <w:pStyle w:val="Meta"/>
        <w:jc w:val="center"/>
        <w:rPr>
          <w:lang w:val="ru-RU"/>
        </w:rPr>
      </w:pPr>
      <w:r>
        <w:t>AILUNIX</w:t>
      </w:r>
    </w:p>
    <w:p w:rsidR="0076632F" w:rsidRPr="003D2B2A" w:rsidRDefault="003D2B2A">
      <w:pPr>
        <w:pStyle w:val="Meta"/>
        <w:jc w:val="center"/>
        <w:rPr>
          <w:lang w:val="ru-RU"/>
        </w:rPr>
      </w:pPr>
      <w:r w:rsidRPr="003D2B2A">
        <w:rPr>
          <w:lang w:val="ru-RU"/>
        </w:rPr>
        <w:t>Дата утверждения: 28 сентября 2026 года</w:t>
      </w:r>
    </w:p>
    <w:p w:rsidR="0076632F" w:rsidRPr="003D2B2A" w:rsidRDefault="003D2B2A" w:rsidP="003D2B2A">
      <w:pPr>
        <w:pStyle w:val="Meta"/>
        <w:jc w:val="center"/>
        <w:rPr>
          <w:lang w:val="ru-RU"/>
        </w:rPr>
      </w:pPr>
      <w:r w:rsidRPr="003D2B2A">
        <w:rPr>
          <w:lang w:val="ru-RU"/>
        </w:rPr>
        <w:t xml:space="preserve">Сайт: </w:t>
      </w:r>
      <w:proofErr w:type="spellStart"/>
      <w:r>
        <w:t>ailunix</w:t>
      </w:r>
      <w:proofErr w:type="spellEnd"/>
      <w:r w:rsidRPr="003D2B2A">
        <w:rPr>
          <w:lang w:val="ru-RU"/>
        </w:rPr>
        <w:t>.</w:t>
      </w:r>
      <w:proofErr w:type="spellStart"/>
      <w:r>
        <w:t>ru</w:t>
      </w:r>
      <w:proofErr w:type="spellEnd"/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 xml:space="preserve">Я, действуя свободно, своей волей и в своём интересе, предоставляя персональные данные посредством </w:t>
      </w:r>
      <w:r w:rsidRPr="003D2B2A">
        <w:rPr>
          <w:lang w:val="ru-RU"/>
        </w:rPr>
        <w:t xml:space="preserve">сайта </w:t>
      </w:r>
      <w:proofErr w:type="spellStart"/>
      <w:r>
        <w:t>ailunix</w:t>
      </w:r>
      <w:proofErr w:type="spellEnd"/>
      <w:r w:rsidRPr="003D2B2A">
        <w:rPr>
          <w:lang w:val="ru-RU"/>
        </w:rPr>
        <w:t>.</w:t>
      </w:r>
      <w:proofErr w:type="spellStart"/>
      <w:r>
        <w:t>ru</w:t>
      </w:r>
      <w:proofErr w:type="spellEnd"/>
      <w:r w:rsidRPr="003D2B2A">
        <w:rPr>
          <w:lang w:val="ru-RU"/>
        </w:rPr>
        <w:t>, даю Индивидуальному предпринимателю Дорофееву Руслану Игоревичу, ИНН 505396127288, ОГРНИП 326508100581066, адрес регистрации: 143909, Российская Федерация, Московская область, г. Балашиха, ул. Дмитриева, д. 2, кв. 268 (далее — «Оператор»)</w:t>
      </w:r>
      <w:r w:rsidRPr="003D2B2A">
        <w:rPr>
          <w:lang w:val="ru-RU"/>
        </w:rPr>
        <w:t>, согласие на обработку моих персональных данных на следующих условиях.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t>1. Персональные данные</w:t>
      </w:r>
      <w:bookmarkStart w:id="0" w:name="_GoBack"/>
      <w:bookmarkEnd w:id="0"/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Согласие предоставляется на обработку:</w:t>
      </w:r>
    </w:p>
    <w:p w:rsidR="0076632F" w:rsidRDefault="003D2B2A">
      <w:pPr>
        <w:pStyle w:val="a0"/>
        <w:ind w:left="397" w:hanging="198"/>
      </w:pPr>
      <w:proofErr w:type="spellStart"/>
      <w:r>
        <w:t>имени</w:t>
      </w:r>
      <w:proofErr w:type="spellEnd"/>
      <w:r>
        <w:t>;</w:t>
      </w:r>
    </w:p>
    <w:p w:rsidR="0076632F" w:rsidRDefault="003D2B2A">
      <w:pPr>
        <w:pStyle w:val="a0"/>
        <w:ind w:left="397" w:hanging="198"/>
      </w:pPr>
      <w:r>
        <w:t>номера телефона;</w:t>
      </w:r>
    </w:p>
    <w:p w:rsidR="0076632F" w:rsidRDefault="003D2B2A">
      <w:pPr>
        <w:pStyle w:val="a0"/>
        <w:ind w:left="397" w:hanging="198"/>
      </w:pPr>
      <w:r>
        <w:t>адреса электронной почты;</w:t>
      </w:r>
    </w:p>
    <w:p w:rsidR="0076632F" w:rsidRDefault="003D2B2A">
      <w:pPr>
        <w:pStyle w:val="a0"/>
        <w:ind w:left="397" w:hanging="198"/>
      </w:pPr>
      <w:r>
        <w:t>текста сообщения;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сведений, добровольно сообщённых мной при описании зад</w:t>
      </w:r>
      <w:r w:rsidRPr="003D2B2A">
        <w:rPr>
          <w:lang w:val="ru-RU"/>
        </w:rPr>
        <w:t>ачи или проблематики.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Для подтверждения факта предоставления согласия могут также фиксироваться дата и время его предоставления, страница и форма, посредством которых оно предоставлено, версия согласия, технический идентификатор события отправки формы и ин</w:t>
      </w:r>
      <w:r w:rsidRPr="003D2B2A">
        <w:rPr>
          <w:lang w:val="ru-RU"/>
        </w:rPr>
        <w:t>ые минимально необходимые технические сведения, позволяющие подтвердить получение согласия.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t>2. Цели обработки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Персональные данные обрабатываются для: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получения и обработки моего обращения;</w:t>
      </w:r>
    </w:p>
    <w:p w:rsidR="0076632F" w:rsidRDefault="003D2B2A">
      <w:pPr>
        <w:pStyle w:val="a0"/>
        <w:ind w:left="397" w:hanging="198"/>
      </w:pPr>
      <w:proofErr w:type="spellStart"/>
      <w:r>
        <w:t>связи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мной</w:t>
      </w:r>
      <w:proofErr w:type="spellEnd"/>
      <w:r>
        <w:t>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уточнения задачи, потребности и содержания обращения</w:t>
      </w:r>
      <w:r w:rsidRPr="003D2B2A">
        <w:rPr>
          <w:lang w:val="ru-RU"/>
        </w:rPr>
        <w:t>;</w:t>
      </w:r>
    </w:p>
    <w:p w:rsidR="0076632F" w:rsidRDefault="003D2B2A">
      <w:pPr>
        <w:pStyle w:val="a0"/>
        <w:ind w:left="397" w:hanging="198"/>
      </w:pPr>
      <w:proofErr w:type="spellStart"/>
      <w:r>
        <w:t>организации</w:t>
      </w:r>
      <w:proofErr w:type="spellEnd"/>
      <w:r>
        <w:t xml:space="preserve"> </w:t>
      </w:r>
      <w:proofErr w:type="spellStart"/>
      <w:r>
        <w:t>консультации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встречи</w:t>
      </w:r>
      <w:proofErr w:type="spellEnd"/>
      <w:r>
        <w:t>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 xml:space="preserve">обсуждения возможных услуг или проекта </w:t>
      </w:r>
      <w:r>
        <w:t>AILUNIX</w:t>
      </w:r>
      <w:r w:rsidRPr="003D2B2A">
        <w:rPr>
          <w:lang w:val="ru-RU"/>
        </w:rPr>
        <w:t>;</w:t>
      </w:r>
    </w:p>
    <w:p w:rsidR="0076632F" w:rsidRDefault="003D2B2A">
      <w:pPr>
        <w:pStyle w:val="a0"/>
        <w:ind w:left="397" w:hanging="198"/>
      </w:pPr>
      <w:r>
        <w:t>подготовки и обсуждения предложения;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совершения действий, необходимых для возможного заключения договора по моей инициативе;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 xml:space="preserve">ведения истории соответствующего обращения </w:t>
      </w:r>
      <w:r w:rsidRPr="003D2B2A">
        <w:rPr>
          <w:lang w:val="ru-RU"/>
        </w:rPr>
        <w:t xml:space="preserve">в </w:t>
      </w:r>
      <w:r>
        <w:t>CRM</w:t>
      </w:r>
      <w:r w:rsidRPr="003D2B2A">
        <w:rPr>
          <w:lang w:val="ru-RU"/>
        </w:rPr>
        <w:t>.</w:t>
      </w:r>
    </w:p>
    <w:p w:rsidR="0076632F" w:rsidRPr="003D2B2A" w:rsidRDefault="003D2B2A">
      <w:pPr>
        <w:rPr>
          <w:lang w:val="ru-RU"/>
        </w:rPr>
      </w:pPr>
      <w:r w:rsidRPr="003D2B2A">
        <w:rPr>
          <w:b/>
          <w:lang w:val="ru-RU"/>
        </w:rPr>
        <w:t>Настоящее Согласие не является согласием на получение рекламных рассылок.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t>3. Действия с персональными данными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 xml:space="preserve">Согласие предоставляется на сбор, запись, систематизацию, накопление, хранение, уточнение (обновление, изменение), извлечение, </w:t>
      </w:r>
      <w:r w:rsidRPr="003D2B2A">
        <w:rPr>
          <w:lang w:val="ru-RU"/>
        </w:rPr>
        <w:t>использование, предоставление доступа лицам, осуществляющим обработку по поручению Оператора, блокирование, удаление и уничтожение персональных данных.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Обработка может осуществляться с использованием средств автоматизации и без использования таких средств.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Оператор не вправе на основании настоящего Согласия распространять мои персональные данные неопределённому кругу лиц.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lastRenderedPageBreak/>
        <w:t xml:space="preserve">4. Использование </w:t>
      </w:r>
      <w:proofErr w:type="spellStart"/>
      <w:r>
        <w:t>Bitrix</w:t>
      </w:r>
      <w:proofErr w:type="spellEnd"/>
      <w:r w:rsidRPr="003D2B2A">
        <w:rPr>
          <w:lang w:val="ru-RU"/>
        </w:rPr>
        <w:t>24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 xml:space="preserve">Для обработки обращения Оператор использует облачную </w:t>
      </w:r>
      <w:r>
        <w:t>CRM</w:t>
      </w:r>
      <w:r w:rsidRPr="003D2B2A">
        <w:rPr>
          <w:lang w:val="ru-RU"/>
        </w:rPr>
        <w:t xml:space="preserve">-систему </w:t>
      </w:r>
      <w:proofErr w:type="spellStart"/>
      <w:r>
        <w:t>Bitrix</w:t>
      </w:r>
      <w:proofErr w:type="spellEnd"/>
      <w:r w:rsidRPr="003D2B2A">
        <w:rPr>
          <w:lang w:val="ru-RU"/>
        </w:rPr>
        <w:t>24, предоставляемую ООО «1С-Битрикс».</w:t>
      </w:r>
    </w:p>
    <w:p w:rsidR="0076632F" w:rsidRDefault="003D2B2A">
      <w:r w:rsidRPr="003D2B2A">
        <w:rPr>
          <w:lang w:val="ru-RU"/>
        </w:rPr>
        <w:t>Пе</w:t>
      </w:r>
      <w:r w:rsidRPr="003D2B2A">
        <w:rPr>
          <w:lang w:val="ru-RU"/>
        </w:rPr>
        <w:t xml:space="preserve">рсональные данные могут обрабатываться ООО «1С-Битрикс» по поручению </w:t>
      </w:r>
      <w:proofErr w:type="spellStart"/>
      <w:r>
        <w:t>Оператора</w:t>
      </w:r>
      <w:proofErr w:type="spellEnd"/>
      <w:r>
        <w:t xml:space="preserve"> в </w:t>
      </w:r>
      <w:proofErr w:type="spellStart"/>
      <w:r>
        <w:t>пределах</w:t>
      </w:r>
      <w:proofErr w:type="spellEnd"/>
      <w:r>
        <w:t xml:space="preserve">, </w:t>
      </w:r>
      <w:proofErr w:type="spellStart"/>
      <w:r>
        <w:t>необходимых</w:t>
      </w:r>
      <w:proofErr w:type="spellEnd"/>
      <w:r>
        <w:t xml:space="preserve"> </w:t>
      </w:r>
      <w:proofErr w:type="spellStart"/>
      <w:r>
        <w:t>для</w:t>
      </w:r>
      <w:proofErr w:type="spellEnd"/>
      <w:r>
        <w:t>:</w:t>
      </w:r>
    </w:p>
    <w:p w:rsidR="0076632F" w:rsidRDefault="003D2B2A">
      <w:pPr>
        <w:pStyle w:val="a0"/>
        <w:ind w:left="397" w:hanging="198"/>
      </w:pPr>
      <w:r>
        <w:t>получения обращения;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работы формы обратной связи или онлайн-чата;</w:t>
      </w:r>
    </w:p>
    <w:p w:rsidR="0076632F" w:rsidRDefault="003D2B2A">
      <w:pPr>
        <w:pStyle w:val="a0"/>
        <w:ind w:left="397" w:hanging="198"/>
      </w:pPr>
      <w:proofErr w:type="spellStart"/>
      <w:r>
        <w:t>хранения</w:t>
      </w:r>
      <w:proofErr w:type="spellEnd"/>
      <w:r>
        <w:t xml:space="preserve"> </w:t>
      </w:r>
      <w:proofErr w:type="spellStart"/>
      <w:r>
        <w:t>обращения</w:t>
      </w:r>
      <w:proofErr w:type="spellEnd"/>
      <w:r>
        <w:t xml:space="preserve"> в CRM;</w:t>
      </w:r>
    </w:p>
    <w:p w:rsidR="0076632F" w:rsidRDefault="003D2B2A">
      <w:pPr>
        <w:pStyle w:val="a0"/>
        <w:ind w:left="397" w:hanging="198"/>
      </w:pPr>
      <w:r>
        <w:t>хранения истории коммуникации;</w:t>
      </w:r>
    </w:p>
    <w:p w:rsidR="0076632F" w:rsidRDefault="003D2B2A">
      <w:pPr>
        <w:pStyle w:val="a0"/>
        <w:ind w:left="397" w:hanging="198"/>
      </w:pPr>
      <w:r>
        <w:t>дальнейшей обработки обра</w:t>
      </w:r>
      <w:r>
        <w:t>щения Оператором.</w:t>
      </w:r>
    </w:p>
    <w:p w:rsidR="0076632F" w:rsidRDefault="003D2B2A">
      <w:pPr>
        <w:pStyle w:val="1"/>
      </w:pPr>
      <w:r>
        <w:t>5. Срок действия Согласия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Согласие действует до достижения целей обработки либо до его отзыва.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Если обращение не завершилось заключением договора, персональные данные по общему правилу обрабатываются не более 12 месяцев с момента последне</w:t>
      </w:r>
      <w:r w:rsidRPr="003D2B2A">
        <w:rPr>
          <w:lang w:val="ru-RU"/>
        </w:rPr>
        <w:t>го содержательного взаимодействия с Оператором.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Если возникает самостоятельное законное основание для дальнейшей обработки, соответствующие персональные данные могут продолжать обрабатываться на таком основании.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t>6. Отзыв Согласия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Согласие может быть отозва</w:t>
      </w:r>
      <w:r w:rsidRPr="003D2B2A">
        <w:rPr>
          <w:lang w:val="ru-RU"/>
        </w:rPr>
        <w:t>но путём направления требования: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 xml:space="preserve">по электронной почте: </w:t>
      </w:r>
      <w:proofErr w:type="spellStart"/>
      <w:r>
        <w:t>info@ailunix.ru</w:t>
      </w:r>
      <w:proofErr w:type="spellEnd"/>
      <w:r w:rsidRPr="003D2B2A">
        <w:rPr>
          <w:lang w:val="ru-RU"/>
        </w:rPr>
        <w:t/>
      </w:r>
      <w:proofErr w:type="spellStart"/>
      <w:r>
        <w:t/>
      </w:r>
      <w:proofErr w:type="spellEnd"/>
      <w:r w:rsidRPr="003D2B2A">
        <w:rPr>
          <w:lang w:val="ru-RU"/>
        </w:rPr>
        <w:t/>
      </w:r>
      <w:proofErr w:type="spellStart"/>
      <w:r>
        <w:t/>
      </w:r>
      <w:proofErr w:type="spellEnd"/>
      <w:r w:rsidRPr="003D2B2A">
        <w:rPr>
          <w:lang w:val="ru-RU"/>
        </w:rPr>
        <w:t>;</w:t>
      </w:r>
    </w:p>
    <w:p w:rsidR="0076632F" w:rsidRDefault="003D2B2A">
      <w:pPr>
        <w:pStyle w:val="a0"/>
        <w:ind w:left="397" w:hanging="198"/>
      </w:pPr>
      <w:r w:rsidRPr="003D2B2A">
        <w:rPr>
          <w:lang w:val="ru-RU"/>
        </w:rPr>
        <w:t xml:space="preserve">по почтовому адресу: 143909, Российская Федерация, Московская область, г. Балашиха, ул. </w:t>
      </w:r>
      <w:proofErr w:type="spellStart"/>
      <w:r>
        <w:t>Дмитриева</w:t>
      </w:r>
      <w:proofErr w:type="spellEnd"/>
      <w:r>
        <w:t>, д. 2, кв. 268.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 xml:space="preserve">Для идентификации данных рекомендуется указать имя и контактные данные, </w:t>
      </w:r>
      <w:r w:rsidRPr="003D2B2A">
        <w:rPr>
          <w:lang w:val="ru-RU"/>
        </w:rPr>
        <w:t>использованные при направлении обращения.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После получения отзыва Оператор прекращает обработку, осуществляемую исключительно на основании настоящего Согласия, если отсутствует иное предусмотренное законом основание для её продолжения.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t>7. Подтверждение субъ</w:t>
      </w:r>
      <w:r w:rsidRPr="003D2B2A">
        <w:rPr>
          <w:lang w:val="ru-RU"/>
        </w:rPr>
        <w:t>екта персональных данных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Предоставляя настоящее Согласие, я подтверждаю, что: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ознакомился с условиями настоящего Согласия;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понимаю цели и условия обработки;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>предоставляю Согласие свободно, своей волей и в своём интересе;</w:t>
      </w:r>
    </w:p>
    <w:p w:rsidR="0076632F" w:rsidRPr="003D2B2A" w:rsidRDefault="003D2B2A">
      <w:pPr>
        <w:pStyle w:val="a0"/>
        <w:ind w:left="397" w:hanging="198"/>
        <w:rPr>
          <w:lang w:val="ru-RU"/>
        </w:rPr>
      </w:pPr>
      <w:r w:rsidRPr="003D2B2A">
        <w:rPr>
          <w:lang w:val="ru-RU"/>
        </w:rPr>
        <w:t xml:space="preserve">указываю принадлежащие мне </w:t>
      </w:r>
      <w:r w:rsidRPr="003D2B2A">
        <w:rPr>
          <w:lang w:val="ru-RU"/>
        </w:rPr>
        <w:t>персональные данные либо имею законное основание для передачи соответствующих сведений.</w:t>
      </w:r>
    </w:p>
    <w:p w:rsidR="0076632F" w:rsidRPr="003D2B2A" w:rsidRDefault="003D2B2A">
      <w:pPr>
        <w:pStyle w:val="1"/>
        <w:rPr>
          <w:lang w:val="ru-RU"/>
        </w:rPr>
      </w:pPr>
      <w:r w:rsidRPr="003D2B2A">
        <w:rPr>
          <w:lang w:val="ru-RU"/>
        </w:rPr>
        <w:t>8. Способ предоставления Согласия на сайте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Согласие считается предоставленным при проставлении пользователем отдельной отметки в поле согласия на обработку персональных</w:t>
      </w:r>
      <w:r w:rsidRPr="003D2B2A">
        <w:rPr>
          <w:lang w:val="ru-RU"/>
        </w:rPr>
        <w:t xml:space="preserve"> данных перед отправкой формы или началом взаимодействия через онлайн-чат, если такой запрос согласия предусмотрен соответствующим интерфейсом.</w:t>
      </w:r>
    </w:p>
    <w:p w:rsidR="0076632F" w:rsidRPr="003D2B2A" w:rsidRDefault="003D2B2A">
      <w:pPr>
        <w:rPr>
          <w:lang w:val="ru-RU"/>
        </w:rPr>
      </w:pPr>
      <w:r w:rsidRPr="003D2B2A">
        <w:rPr>
          <w:lang w:val="ru-RU"/>
        </w:rPr>
        <w:t>Поле согласия не должно быть отмечено заранее. Отправка формы без предоставления обязательного согласия не допус</w:t>
      </w:r>
      <w:r w:rsidRPr="003D2B2A">
        <w:rPr>
          <w:lang w:val="ru-RU"/>
        </w:rPr>
        <w:t>кается.</w:t>
      </w:r>
    </w:p>
    <w:sectPr w:rsidR="0076632F" w:rsidRPr="003D2B2A" w:rsidSect="00034616"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2B2A"/>
    <w:rsid w:val="007663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53DD8B"/>
  <w14:defaultImageDpi w14:val="300"/>
  <w15:docId w15:val="{5F494B7E-06E5-44C7-9F1D-0D93D6490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Arial" w:hAnsi="Arial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pPr>
      <w:spacing w:after="40"/>
    </w:pPr>
    <w:rPr>
      <w:rFonts w:ascii="Arial" w:hAnsi="Arial"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D3156D-703F-45F4-87ED-9CC772941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2026-09-28T09:11:00Z</dcterms:modified>
  <cp:category/>
</cp:coreProperties>
</file>